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Purchase Order (PO)</w:t>
      </w:r>
    </w:p>
    <w:p>
      <w:r>
        <w:t>Your Company Name</w:t>
      </w:r>
    </w:p>
    <w:p>
      <w:r>
        <w:t>Address: Street, Town/City, Postcode</w:t>
      </w:r>
    </w:p>
    <w:p>
      <w:r>
        <w:t>Telephone: Telephone Number</w:t>
      </w:r>
    </w:p>
    <w:p>
      <w:r>
        <w:t>Email: Email Address</w:t>
      </w:r>
    </w:p>
    <w:p>
      <w:r>
        <w:t>Company Number (if applicable): #######</w:t>
      </w:r>
    </w:p>
    <w:p>
      <w:r>
        <w:t>VAT Registration No.: GB########</w:t>
      </w:r>
    </w:p>
    <w:p/>
    <w:p>
      <w:r>
        <w:t>PO Number: ####</w:t>
      </w:r>
    </w:p>
    <w:p>
      <w:r>
        <w:t xml:space="preserve">Date (DD/MM/YYYY): </w:t>
      </w:r>
    </w:p>
    <w:p/>
    <w:p>
      <w:pPr>
        <w:pStyle w:val="Heading2"/>
      </w:pPr>
      <w:r>
        <w:t>Supplier Information</w:t>
      </w:r>
    </w:p>
    <w:p>
      <w:r>
        <w:t>Supplier Name:</w:t>
        <w:br/>
        <w:t>Company:</w:t>
        <w:br/>
        <w:t>Address:</w:t>
        <w:br/>
        <w:t>Email:</w:t>
        <w:br/>
        <w:t>Telephone:</w:t>
      </w:r>
    </w:p>
    <w:p/>
    <w:p>
      <w:pPr>
        <w:pStyle w:val="Heading2"/>
      </w:pPr>
      <w:r>
        <w:t>Buyer Information</w:t>
      </w:r>
    </w:p>
    <w:p>
      <w:r>
        <w:t>Buyer Name:</w:t>
        <w:br/>
        <w:t>Company:</w:t>
        <w:br/>
        <w:t>Address:</w:t>
        <w:br/>
        <w:t>Email:</w:t>
        <w:br/>
        <w:t>Telephone:</w:t>
      </w:r>
    </w:p>
    <w:p/>
    <w:p>
      <w:pPr>
        <w:pStyle w:val="Heading2"/>
      </w:pPr>
      <w:r>
        <w:t>Order Details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Item Description</w:t>
            </w:r>
          </w:p>
        </w:tc>
        <w:tc>
          <w:tcPr>
            <w:tcW w:type="dxa" w:w="2160"/>
          </w:tcPr>
          <w:p>
            <w:r>
              <w:t>Quantity</w:t>
            </w:r>
          </w:p>
        </w:tc>
        <w:tc>
          <w:tcPr>
            <w:tcW w:type="dxa" w:w="2160"/>
          </w:tcPr>
          <w:p>
            <w:r>
              <w:t>Unit Price (£)</w:t>
            </w:r>
          </w:p>
        </w:tc>
        <w:tc>
          <w:tcPr>
            <w:tcW w:type="dxa" w:w="2160"/>
          </w:tcPr>
          <w:p>
            <w:r>
              <w:t>Total (£)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Subtotal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r>
              <w:t>£0.00</w:t>
            </w:r>
          </w:p>
        </w:tc>
      </w:tr>
    </w:tbl>
    <w:p>
      <w:r>
        <w:t>VAT (20%): £0.00</w:t>
      </w:r>
    </w:p>
    <w:p>
      <w:r>
        <w:t>Delivery/Shipping: £0.00</w:t>
      </w:r>
    </w:p>
    <w:p>
      <w:r>
        <w:t>Grand Total: £0.00</w:t>
      </w:r>
    </w:p>
    <w:p/>
    <w:p>
      <w:r>
        <w:t>Payment Terms: Net 30 days from invoice date</w:t>
      </w:r>
    </w:p>
    <w:p>
      <w:r>
        <w:t xml:space="preserve">Delivery Date (DD/MM/YYYY): </w:t>
      </w:r>
    </w:p>
    <w:p>
      <w:r>
        <w:t>Delivery Address: Address and Postcode</w:t>
      </w:r>
    </w:p>
    <w:p>
      <w:r>
        <w:t xml:space="preserve">Authorised By: </w:t>
      </w:r>
    </w:p>
    <w:p>
      <w:r>
        <w:t xml:space="preserve">Signature: 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